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C108" w14:textId="77777777" w:rsidR="002D5FFB" w:rsidRDefault="00000000">
      <w:pPr>
        <w:jc w:val="center"/>
      </w:pPr>
      <w:r>
        <w:rPr>
          <w:noProof/>
        </w:rPr>
        <w:drawing>
          <wp:inline distT="0" distB="0" distL="0" distR="0" wp14:anchorId="49A12819" wp14:editId="468C2D22">
            <wp:extent cx="1005840" cy="1005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2eadc1-c414-4fc7-b6df-1a6c96638ce6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64DA2" w14:textId="77777777" w:rsidR="002D5FFB" w:rsidRDefault="00000000">
      <w:pPr>
        <w:jc w:val="center"/>
      </w:pPr>
      <w:r>
        <w:rPr>
          <w:b/>
          <w:sz w:val="40"/>
        </w:rPr>
        <w:t>VOLUNTEER APPLICATION FORM</w:t>
      </w:r>
    </w:p>
    <w:p w14:paraId="732D3842" w14:textId="77777777" w:rsidR="002D5FFB" w:rsidRDefault="00000000">
      <w:pPr>
        <w:jc w:val="center"/>
      </w:pPr>
      <w:r>
        <w:t>Confidential • GDPR Compliant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2D5FFB" w14:paraId="7080092E" w14:textId="77777777">
        <w:trPr>
          <w:jc w:val="center"/>
        </w:trPr>
        <w:tc>
          <w:tcPr>
            <w:tcW w:w="10800" w:type="dxa"/>
            <w:shd w:val="clear" w:color="auto" w:fill="5A2D82"/>
          </w:tcPr>
          <w:p w14:paraId="28D43849" w14:textId="77777777" w:rsidR="002D5FFB" w:rsidRDefault="00000000">
            <w:r>
              <w:rPr>
                <w:b/>
                <w:color w:val="FFFFFF"/>
              </w:rPr>
              <w:t>Personal Details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D5FFB" w14:paraId="71364315" w14:textId="77777777">
        <w:tc>
          <w:tcPr>
            <w:tcW w:w="5400" w:type="dxa"/>
            <w:shd w:val="clear" w:color="auto" w:fill="EEEAF6"/>
          </w:tcPr>
          <w:p w14:paraId="7AED208B" w14:textId="77777777" w:rsidR="002D5FFB" w:rsidRDefault="00000000">
            <w:r>
              <w:t>Full Name</w:t>
            </w:r>
          </w:p>
        </w:tc>
        <w:tc>
          <w:tcPr>
            <w:tcW w:w="5400" w:type="dxa"/>
          </w:tcPr>
          <w:p w14:paraId="760677FE" w14:textId="77777777" w:rsidR="002D5FFB" w:rsidRDefault="00000000">
            <w:r>
              <w:t xml:space="preserve"> </w:t>
            </w:r>
          </w:p>
        </w:tc>
      </w:tr>
      <w:tr w:rsidR="002D5FFB" w14:paraId="61A83808" w14:textId="77777777">
        <w:tc>
          <w:tcPr>
            <w:tcW w:w="5400" w:type="dxa"/>
            <w:shd w:val="clear" w:color="auto" w:fill="EEEAF6"/>
          </w:tcPr>
          <w:p w14:paraId="49B8678D" w14:textId="77777777" w:rsidR="002D5FFB" w:rsidRDefault="00000000">
            <w:r>
              <w:t>Date of Birth</w:t>
            </w:r>
          </w:p>
        </w:tc>
        <w:tc>
          <w:tcPr>
            <w:tcW w:w="5400" w:type="dxa"/>
          </w:tcPr>
          <w:p w14:paraId="42696DDB" w14:textId="77777777" w:rsidR="002D5FFB" w:rsidRDefault="00000000">
            <w:r>
              <w:t xml:space="preserve"> </w:t>
            </w:r>
          </w:p>
        </w:tc>
      </w:tr>
      <w:tr w:rsidR="002D5FFB" w14:paraId="3BC89023" w14:textId="77777777">
        <w:tc>
          <w:tcPr>
            <w:tcW w:w="5400" w:type="dxa"/>
            <w:shd w:val="clear" w:color="auto" w:fill="EEEAF6"/>
          </w:tcPr>
          <w:p w14:paraId="0D7A8412" w14:textId="77777777" w:rsidR="002D5FFB" w:rsidRDefault="00000000">
            <w:r>
              <w:t>Address</w:t>
            </w:r>
          </w:p>
        </w:tc>
        <w:tc>
          <w:tcPr>
            <w:tcW w:w="5400" w:type="dxa"/>
          </w:tcPr>
          <w:p w14:paraId="30294F00" w14:textId="77777777" w:rsidR="002D5FFB" w:rsidRDefault="00000000">
            <w:r>
              <w:t xml:space="preserve"> </w:t>
            </w:r>
          </w:p>
        </w:tc>
      </w:tr>
      <w:tr w:rsidR="002D5FFB" w14:paraId="6972BCB8" w14:textId="77777777">
        <w:tc>
          <w:tcPr>
            <w:tcW w:w="5400" w:type="dxa"/>
            <w:shd w:val="clear" w:color="auto" w:fill="EEEAF6"/>
          </w:tcPr>
          <w:p w14:paraId="184E6017" w14:textId="77777777" w:rsidR="002D5FFB" w:rsidRDefault="00000000">
            <w:r>
              <w:t>Postcode</w:t>
            </w:r>
          </w:p>
        </w:tc>
        <w:tc>
          <w:tcPr>
            <w:tcW w:w="5400" w:type="dxa"/>
          </w:tcPr>
          <w:p w14:paraId="11C90FE0" w14:textId="77777777" w:rsidR="002D5FFB" w:rsidRDefault="00000000">
            <w:r>
              <w:t xml:space="preserve"> </w:t>
            </w:r>
          </w:p>
        </w:tc>
      </w:tr>
      <w:tr w:rsidR="002D5FFB" w14:paraId="1C1B8031" w14:textId="77777777">
        <w:tc>
          <w:tcPr>
            <w:tcW w:w="5400" w:type="dxa"/>
            <w:shd w:val="clear" w:color="auto" w:fill="EEEAF6"/>
          </w:tcPr>
          <w:p w14:paraId="71BECF75" w14:textId="77777777" w:rsidR="002D5FFB" w:rsidRDefault="00000000">
            <w:r>
              <w:t>Phone</w:t>
            </w:r>
          </w:p>
        </w:tc>
        <w:tc>
          <w:tcPr>
            <w:tcW w:w="5400" w:type="dxa"/>
          </w:tcPr>
          <w:p w14:paraId="4029BBEE" w14:textId="77777777" w:rsidR="002D5FFB" w:rsidRDefault="00000000">
            <w:r>
              <w:t xml:space="preserve"> </w:t>
            </w:r>
          </w:p>
        </w:tc>
      </w:tr>
      <w:tr w:rsidR="002D5FFB" w14:paraId="308786FB" w14:textId="77777777">
        <w:tc>
          <w:tcPr>
            <w:tcW w:w="5400" w:type="dxa"/>
            <w:shd w:val="clear" w:color="auto" w:fill="EEEAF6"/>
          </w:tcPr>
          <w:p w14:paraId="66118C66" w14:textId="77777777" w:rsidR="002D5FFB" w:rsidRDefault="00000000">
            <w:r>
              <w:t>Email</w:t>
            </w:r>
          </w:p>
        </w:tc>
        <w:tc>
          <w:tcPr>
            <w:tcW w:w="5400" w:type="dxa"/>
          </w:tcPr>
          <w:p w14:paraId="4A441286" w14:textId="77777777" w:rsidR="002D5FFB" w:rsidRDefault="00000000">
            <w:r>
              <w:t xml:space="preserve"> </w:t>
            </w:r>
          </w:p>
        </w:tc>
      </w:tr>
      <w:tr w:rsidR="002D5FFB" w14:paraId="2D21F555" w14:textId="77777777">
        <w:tc>
          <w:tcPr>
            <w:tcW w:w="5400" w:type="dxa"/>
            <w:shd w:val="clear" w:color="auto" w:fill="EEEAF6"/>
          </w:tcPr>
          <w:p w14:paraId="5A521F07" w14:textId="77777777" w:rsidR="002D5FFB" w:rsidRDefault="00000000">
            <w:r>
              <w:t>Position Applied For</w:t>
            </w:r>
          </w:p>
        </w:tc>
        <w:tc>
          <w:tcPr>
            <w:tcW w:w="5400" w:type="dxa"/>
          </w:tcPr>
          <w:p w14:paraId="1B7D3333" w14:textId="77777777" w:rsidR="002D5FFB" w:rsidRDefault="00000000">
            <w:r>
              <w:t xml:space="preserve"> </w:t>
            </w:r>
          </w:p>
        </w:tc>
      </w:tr>
    </w:tbl>
    <w:p w14:paraId="0ACD9480" w14:textId="77777777" w:rsidR="002D5FFB" w:rsidRDefault="002D5FF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2D5FFB" w14:paraId="5EB7BB0B" w14:textId="77777777">
        <w:trPr>
          <w:jc w:val="center"/>
        </w:trPr>
        <w:tc>
          <w:tcPr>
            <w:tcW w:w="10800" w:type="dxa"/>
            <w:shd w:val="clear" w:color="auto" w:fill="5A2D82"/>
          </w:tcPr>
          <w:p w14:paraId="0BC6A515" w14:textId="77777777" w:rsidR="002D5FFB" w:rsidRDefault="00000000">
            <w:r>
              <w:rPr>
                <w:b/>
                <w:color w:val="FFFFFF"/>
              </w:rPr>
              <w:t>Emergency Contact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6"/>
        <w:gridCol w:w="5394"/>
      </w:tblGrid>
      <w:tr w:rsidR="002D5FFB" w14:paraId="06FF4D60" w14:textId="77777777">
        <w:tc>
          <w:tcPr>
            <w:tcW w:w="5400" w:type="dxa"/>
            <w:shd w:val="clear" w:color="auto" w:fill="EEEAF6"/>
          </w:tcPr>
          <w:p w14:paraId="498F797A" w14:textId="77777777" w:rsidR="002D5FFB" w:rsidRDefault="00000000">
            <w:r>
              <w:t>Name</w:t>
            </w:r>
          </w:p>
        </w:tc>
        <w:tc>
          <w:tcPr>
            <w:tcW w:w="5400" w:type="dxa"/>
          </w:tcPr>
          <w:p w14:paraId="2034070D" w14:textId="77777777" w:rsidR="002D5FFB" w:rsidRDefault="00000000">
            <w:r>
              <w:t xml:space="preserve"> </w:t>
            </w:r>
          </w:p>
        </w:tc>
      </w:tr>
      <w:tr w:rsidR="002D5FFB" w14:paraId="20B7D5D7" w14:textId="77777777">
        <w:tc>
          <w:tcPr>
            <w:tcW w:w="5400" w:type="dxa"/>
            <w:shd w:val="clear" w:color="auto" w:fill="EEEAF6"/>
          </w:tcPr>
          <w:p w14:paraId="0B481294" w14:textId="77777777" w:rsidR="002D5FFB" w:rsidRDefault="00000000">
            <w:r>
              <w:t>Relationship</w:t>
            </w:r>
          </w:p>
        </w:tc>
        <w:tc>
          <w:tcPr>
            <w:tcW w:w="5400" w:type="dxa"/>
          </w:tcPr>
          <w:p w14:paraId="66FD5BCE" w14:textId="77777777" w:rsidR="002D5FFB" w:rsidRDefault="00000000">
            <w:r>
              <w:t xml:space="preserve"> </w:t>
            </w:r>
          </w:p>
        </w:tc>
      </w:tr>
      <w:tr w:rsidR="002D5FFB" w14:paraId="2CB1804E" w14:textId="77777777">
        <w:tc>
          <w:tcPr>
            <w:tcW w:w="5400" w:type="dxa"/>
            <w:shd w:val="clear" w:color="auto" w:fill="EEEAF6"/>
          </w:tcPr>
          <w:p w14:paraId="47935114" w14:textId="77777777" w:rsidR="002D5FFB" w:rsidRDefault="00000000">
            <w:r>
              <w:t>Phone</w:t>
            </w:r>
          </w:p>
        </w:tc>
        <w:tc>
          <w:tcPr>
            <w:tcW w:w="5400" w:type="dxa"/>
          </w:tcPr>
          <w:p w14:paraId="799A3A0A" w14:textId="77777777" w:rsidR="002D5FFB" w:rsidRDefault="00000000">
            <w:r>
              <w:t xml:space="preserve"> </w:t>
            </w:r>
          </w:p>
        </w:tc>
      </w:tr>
    </w:tbl>
    <w:p w14:paraId="3093EEC1" w14:textId="77777777" w:rsidR="002D5FFB" w:rsidRDefault="002D5FF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2D5FFB" w14:paraId="157B5F3A" w14:textId="77777777">
        <w:trPr>
          <w:jc w:val="center"/>
        </w:trPr>
        <w:tc>
          <w:tcPr>
            <w:tcW w:w="10800" w:type="dxa"/>
            <w:shd w:val="clear" w:color="auto" w:fill="5A2D82"/>
          </w:tcPr>
          <w:p w14:paraId="363B215B" w14:textId="77777777" w:rsidR="002D5FFB" w:rsidRDefault="00000000">
            <w:r>
              <w:rPr>
                <w:b/>
                <w:color w:val="FFFFFF"/>
              </w:rPr>
              <w:t>Volunteering Preferences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6"/>
        <w:gridCol w:w="5394"/>
      </w:tblGrid>
      <w:tr w:rsidR="002D5FFB" w14:paraId="6344C4E8" w14:textId="77777777">
        <w:tc>
          <w:tcPr>
            <w:tcW w:w="5400" w:type="dxa"/>
            <w:shd w:val="clear" w:color="auto" w:fill="EEEAF6"/>
          </w:tcPr>
          <w:p w14:paraId="3900EC44" w14:textId="77777777" w:rsidR="002D5FFB" w:rsidRDefault="00000000">
            <w:r>
              <w:t>Why do you want to volunteer?</w:t>
            </w:r>
          </w:p>
        </w:tc>
        <w:tc>
          <w:tcPr>
            <w:tcW w:w="5400" w:type="dxa"/>
          </w:tcPr>
          <w:p w14:paraId="7374CF62" w14:textId="77777777" w:rsidR="002D5FFB" w:rsidRDefault="00000000">
            <w:r>
              <w:t xml:space="preserve"> </w:t>
            </w:r>
          </w:p>
        </w:tc>
      </w:tr>
      <w:tr w:rsidR="002D5FFB" w14:paraId="0B8F98B9" w14:textId="77777777">
        <w:tc>
          <w:tcPr>
            <w:tcW w:w="5400" w:type="dxa"/>
            <w:shd w:val="clear" w:color="auto" w:fill="EEEAF6"/>
          </w:tcPr>
          <w:p w14:paraId="6042DE1B" w14:textId="77777777" w:rsidR="002D5FFB" w:rsidRDefault="00000000">
            <w:r>
              <w:t>Skills &amp; Experience</w:t>
            </w:r>
          </w:p>
        </w:tc>
        <w:tc>
          <w:tcPr>
            <w:tcW w:w="5400" w:type="dxa"/>
          </w:tcPr>
          <w:p w14:paraId="004FAC3F" w14:textId="77777777" w:rsidR="002D5FFB" w:rsidRDefault="00000000">
            <w:r>
              <w:t xml:space="preserve"> </w:t>
            </w:r>
          </w:p>
        </w:tc>
      </w:tr>
      <w:tr w:rsidR="002D5FFB" w14:paraId="7FAA9BED" w14:textId="77777777">
        <w:tc>
          <w:tcPr>
            <w:tcW w:w="5400" w:type="dxa"/>
            <w:shd w:val="clear" w:color="auto" w:fill="EEEAF6"/>
          </w:tcPr>
          <w:p w14:paraId="1EE2AEA7" w14:textId="77777777" w:rsidR="002D5FFB" w:rsidRDefault="00000000">
            <w:r>
              <w:t>Preferred Role</w:t>
            </w:r>
          </w:p>
        </w:tc>
        <w:tc>
          <w:tcPr>
            <w:tcW w:w="5400" w:type="dxa"/>
          </w:tcPr>
          <w:p w14:paraId="7952FC6B" w14:textId="77777777" w:rsidR="002D5FFB" w:rsidRDefault="00000000">
            <w:r>
              <w:t xml:space="preserve"> </w:t>
            </w:r>
          </w:p>
        </w:tc>
      </w:tr>
    </w:tbl>
    <w:p w14:paraId="4F2CCFDA" w14:textId="77777777" w:rsidR="002D5FFB" w:rsidRDefault="002D5F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6"/>
        <w:gridCol w:w="2698"/>
        <w:gridCol w:w="2698"/>
        <w:gridCol w:w="2698"/>
      </w:tblGrid>
      <w:tr w:rsidR="002D5FFB" w14:paraId="44A1D0D6" w14:textId="77777777">
        <w:tc>
          <w:tcPr>
            <w:tcW w:w="2700" w:type="dxa"/>
          </w:tcPr>
          <w:p w14:paraId="052EC8AC" w14:textId="77777777" w:rsidR="002D5FFB" w:rsidRDefault="00000000">
            <w:r>
              <w:t>Day</w:t>
            </w:r>
          </w:p>
        </w:tc>
        <w:tc>
          <w:tcPr>
            <w:tcW w:w="2700" w:type="dxa"/>
          </w:tcPr>
          <w:p w14:paraId="6ED5263A" w14:textId="77777777" w:rsidR="002D5FFB" w:rsidRDefault="00000000">
            <w:r>
              <w:t>Morning</w:t>
            </w:r>
          </w:p>
        </w:tc>
        <w:tc>
          <w:tcPr>
            <w:tcW w:w="2700" w:type="dxa"/>
          </w:tcPr>
          <w:p w14:paraId="022884AC" w14:textId="77777777" w:rsidR="002D5FFB" w:rsidRDefault="00000000">
            <w:r>
              <w:t>Afternoon</w:t>
            </w:r>
          </w:p>
        </w:tc>
        <w:tc>
          <w:tcPr>
            <w:tcW w:w="2700" w:type="dxa"/>
          </w:tcPr>
          <w:p w14:paraId="677668DD" w14:textId="77777777" w:rsidR="002D5FFB" w:rsidRDefault="00000000">
            <w:r>
              <w:t>Evening</w:t>
            </w:r>
          </w:p>
        </w:tc>
      </w:tr>
      <w:tr w:rsidR="002D5FFB" w14:paraId="69E8E10C" w14:textId="77777777">
        <w:tc>
          <w:tcPr>
            <w:tcW w:w="2700" w:type="dxa"/>
          </w:tcPr>
          <w:p w14:paraId="0ED57777" w14:textId="77777777" w:rsidR="002D5FFB" w:rsidRDefault="00000000">
            <w:r>
              <w:t>Mon</w:t>
            </w:r>
          </w:p>
        </w:tc>
        <w:tc>
          <w:tcPr>
            <w:tcW w:w="2700" w:type="dxa"/>
          </w:tcPr>
          <w:p w14:paraId="2E54BBEA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03B9D5E1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0B4ED25D" w14:textId="77777777" w:rsidR="002D5FFB" w:rsidRDefault="00000000">
            <w:r>
              <w:t>☐</w:t>
            </w:r>
          </w:p>
        </w:tc>
      </w:tr>
      <w:tr w:rsidR="002D5FFB" w14:paraId="25AA3649" w14:textId="77777777">
        <w:tc>
          <w:tcPr>
            <w:tcW w:w="2700" w:type="dxa"/>
          </w:tcPr>
          <w:p w14:paraId="260E6A18" w14:textId="77777777" w:rsidR="002D5FFB" w:rsidRDefault="00000000">
            <w:r>
              <w:t>Tue</w:t>
            </w:r>
          </w:p>
        </w:tc>
        <w:tc>
          <w:tcPr>
            <w:tcW w:w="2700" w:type="dxa"/>
          </w:tcPr>
          <w:p w14:paraId="1208E14E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79B824DB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286AD641" w14:textId="77777777" w:rsidR="002D5FFB" w:rsidRDefault="00000000">
            <w:r>
              <w:t>☐</w:t>
            </w:r>
          </w:p>
        </w:tc>
      </w:tr>
      <w:tr w:rsidR="002D5FFB" w14:paraId="35798851" w14:textId="77777777">
        <w:tc>
          <w:tcPr>
            <w:tcW w:w="2700" w:type="dxa"/>
          </w:tcPr>
          <w:p w14:paraId="0DF14A9E" w14:textId="77777777" w:rsidR="002D5FFB" w:rsidRDefault="00000000">
            <w:r>
              <w:t>Wed</w:t>
            </w:r>
          </w:p>
        </w:tc>
        <w:tc>
          <w:tcPr>
            <w:tcW w:w="2700" w:type="dxa"/>
          </w:tcPr>
          <w:p w14:paraId="7CC8366F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27DD3284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6BE7C4E5" w14:textId="77777777" w:rsidR="002D5FFB" w:rsidRDefault="00000000">
            <w:r>
              <w:t>☐</w:t>
            </w:r>
          </w:p>
        </w:tc>
      </w:tr>
      <w:tr w:rsidR="002D5FFB" w14:paraId="014E7F9A" w14:textId="77777777">
        <w:tc>
          <w:tcPr>
            <w:tcW w:w="2700" w:type="dxa"/>
          </w:tcPr>
          <w:p w14:paraId="126F6079" w14:textId="77777777" w:rsidR="002D5FFB" w:rsidRDefault="00000000">
            <w:r>
              <w:t>Thu</w:t>
            </w:r>
          </w:p>
        </w:tc>
        <w:tc>
          <w:tcPr>
            <w:tcW w:w="2700" w:type="dxa"/>
          </w:tcPr>
          <w:p w14:paraId="55D4BBA7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5D2FCA43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0D6F48F4" w14:textId="77777777" w:rsidR="002D5FFB" w:rsidRDefault="00000000">
            <w:r>
              <w:t>☐</w:t>
            </w:r>
          </w:p>
        </w:tc>
      </w:tr>
      <w:tr w:rsidR="002D5FFB" w14:paraId="34B168CE" w14:textId="77777777">
        <w:tc>
          <w:tcPr>
            <w:tcW w:w="2700" w:type="dxa"/>
          </w:tcPr>
          <w:p w14:paraId="3B81EAF2" w14:textId="77777777" w:rsidR="002D5FFB" w:rsidRDefault="00000000">
            <w:r>
              <w:t>Fri</w:t>
            </w:r>
          </w:p>
        </w:tc>
        <w:tc>
          <w:tcPr>
            <w:tcW w:w="2700" w:type="dxa"/>
          </w:tcPr>
          <w:p w14:paraId="021F2202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7F68485E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5EAD2D58" w14:textId="77777777" w:rsidR="002D5FFB" w:rsidRDefault="00000000">
            <w:r>
              <w:t>☐</w:t>
            </w:r>
          </w:p>
        </w:tc>
      </w:tr>
      <w:tr w:rsidR="002D5FFB" w14:paraId="41CB5B28" w14:textId="77777777">
        <w:tc>
          <w:tcPr>
            <w:tcW w:w="2700" w:type="dxa"/>
          </w:tcPr>
          <w:p w14:paraId="150E6687" w14:textId="77777777" w:rsidR="002D5FFB" w:rsidRDefault="00000000">
            <w:r>
              <w:t>Sat</w:t>
            </w:r>
          </w:p>
        </w:tc>
        <w:tc>
          <w:tcPr>
            <w:tcW w:w="2700" w:type="dxa"/>
          </w:tcPr>
          <w:p w14:paraId="64800BA7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1F4BF1DE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3F8A9037" w14:textId="77777777" w:rsidR="002D5FFB" w:rsidRDefault="00000000">
            <w:r>
              <w:t>☐</w:t>
            </w:r>
          </w:p>
        </w:tc>
      </w:tr>
      <w:tr w:rsidR="002D5FFB" w14:paraId="3E25FF1A" w14:textId="77777777">
        <w:tc>
          <w:tcPr>
            <w:tcW w:w="2700" w:type="dxa"/>
          </w:tcPr>
          <w:p w14:paraId="3174EAD1" w14:textId="77777777" w:rsidR="002D5FFB" w:rsidRDefault="00000000">
            <w:r>
              <w:t>Sun</w:t>
            </w:r>
          </w:p>
        </w:tc>
        <w:tc>
          <w:tcPr>
            <w:tcW w:w="2700" w:type="dxa"/>
          </w:tcPr>
          <w:p w14:paraId="6D61333B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44F7606F" w14:textId="77777777" w:rsidR="002D5FFB" w:rsidRDefault="00000000">
            <w:r>
              <w:t>☐</w:t>
            </w:r>
          </w:p>
        </w:tc>
        <w:tc>
          <w:tcPr>
            <w:tcW w:w="2700" w:type="dxa"/>
          </w:tcPr>
          <w:p w14:paraId="613B61DB" w14:textId="77777777" w:rsidR="002D5FFB" w:rsidRDefault="00000000">
            <w:r>
              <w:t>☐</w:t>
            </w:r>
          </w:p>
        </w:tc>
      </w:tr>
    </w:tbl>
    <w:p w14:paraId="52B85B8A" w14:textId="77777777" w:rsidR="002D5FFB" w:rsidRDefault="00000000">
      <w:r>
        <w:br w:type="page"/>
      </w:r>
    </w:p>
    <w:p w14:paraId="059CA7D6" w14:textId="77777777" w:rsidR="002D5FF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0AAC5A54" wp14:editId="11120E5A">
            <wp:extent cx="1005840" cy="10058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2eadc1-c414-4fc7-b6df-1a6c96638ce6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F6307" w14:textId="77777777" w:rsidR="002D5FFB" w:rsidRDefault="00000000">
      <w:pPr>
        <w:jc w:val="center"/>
      </w:pPr>
      <w:r>
        <w:rPr>
          <w:b/>
          <w:sz w:val="40"/>
        </w:rPr>
        <w:t>Volunteer Application Form (Page 2)</w:t>
      </w:r>
    </w:p>
    <w:p w14:paraId="45E6FCC7" w14:textId="77777777" w:rsidR="002D5FFB" w:rsidRDefault="00000000">
      <w:pPr>
        <w:jc w:val="center"/>
      </w:pPr>
      <w:r>
        <w:t>Confidential • GDPR Compliant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2D5FFB" w14:paraId="3CE70902" w14:textId="77777777">
        <w:trPr>
          <w:jc w:val="center"/>
        </w:trPr>
        <w:tc>
          <w:tcPr>
            <w:tcW w:w="10800" w:type="dxa"/>
            <w:shd w:val="clear" w:color="auto" w:fill="5A2D82"/>
          </w:tcPr>
          <w:p w14:paraId="497C3416" w14:textId="77777777" w:rsidR="002D5FFB" w:rsidRDefault="00000000">
            <w:r>
              <w:rPr>
                <w:b/>
                <w:color w:val="FFFFFF"/>
              </w:rPr>
              <w:t>Background Information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6"/>
        <w:gridCol w:w="5394"/>
      </w:tblGrid>
      <w:tr w:rsidR="002D5FFB" w14:paraId="78A66287" w14:textId="77777777">
        <w:tc>
          <w:tcPr>
            <w:tcW w:w="5400" w:type="dxa"/>
            <w:shd w:val="clear" w:color="auto" w:fill="EEEAF6"/>
          </w:tcPr>
          <w:p w14:paraId="0651637A" w14:textId="77777777" w:rsidR="002D5FFB" w:rsidRDefault="00000000">
            <w:r>
              <w:t>Currently Employed?</w:t>
            </w:r>
          </w:p>
        </w:tc>
        <w:tc>
          <w:tcPr>
            <w:tcW w:w="5400" w:type="dxa"/>
          </w:tcPr>
          <w:p w14:paraId="7B61F950" w14:textId="77777777" w:rsidR="002D5FFB" w:rsidRDefault="00000000">
            <w:r>
              <w:t xml:space="preserve"> </w:t>
            </w:r>
          </w:p>
        </w:tc>
      </w:tr>
      <w:tr w:rsidR="002D5FFB" w14:paraId="526E161C" w14:textId="77777777">
        <w:tc>
          <w:tcPr>
            <w:tcW w:w="5400" w:type="dxa"/>
            <w:shd w:val="clear" w:color="auto" w:fill="EEEAF6"/>
          </w:tcPr>
          <w:p w14:paraId="221EC79C" w14:textId="77777777" w:rsidR="002D5FFB" w:rsidRDefault="00000000">
            <w:r>
              <w:t>Medical Conditions</w:t>
            </w:r>
          </w:p>
        </w:tc>
        <w:tc>
          <w:tcPr>
            <w:tcW w:w="5400" w:type="dxa"/>
          </w:tcPr>
          <w:p w14:paraId="11DC7B2D" w14:textId="77777777" w:rsidR="002D5FFB" w:rsidRDefault="00000000">
            <w:r>
              <w:t xml:space="preserve"> </w:t>
            </w:r>
          </w:p>
        </w:tc>
      </w:tr>
      <w:tr w:rsidR="002D5FFB" w14:paraId="1640EABA" w14:textId="77777777">
        <w:tc>
          <w:tcPr>
            <w:tcW w:w="5400" w:type="dxa"/>
            <w:shd w:val="clear" w:color="auto" w:fill="EEEAF6"/>
          </w:tcPr>
          <w:p w14:paraId="645302D1" w14:textId="77777777" w:rsidR="002D5FFB" w:rsidRDefault="00000000">
            <w:r>
              <w:t>Criminal Convictions</w:t>
            </w:r>
          </w:p>
        </w:tc>
        <w:tc>
          <w:tcPr>
            <w:tcW w:w="5400" w:type="dxa"/>
          </w:tcPr>
          <w:p w14:paraId="5F9FF32D" w14:textId="77777777" w:rsidR="002D5FFB" w:rsidRDefault="00000000">
            <w:r>
              <w:t xml:space="preserve"> </w:t>
            </w:r>
          </w:p>
        </w:tc>
      </w:tr>
    </w:tbl>
    <w:p w14:paraId="5379B231" w14:textId="77777777" w:rsidR="002D5FFB" w:rsidRDefault="002D5FF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2D5FFB" w14:paraId="244756C4" w14:textId="77777777">
        <w:trPr>
          <w:jc w:val="center"/>
        </w:trPr>
        <w:tc>
          <w:tcPr>
            <w:tcW w:w="10800" w:type="dxa"/>
            <w:shd w:val="clear" w:color="auto" w:fill="5A2D82"/>
          </w:tcPr>
          <w:p w14:paraId="7EB5ECB8" w14:textId="77777777" w:rsidR="002D5FFB" w:rsidRDefault="00000000">
            <w:r>
              <w:rPr>
                <w:b/>
                <w:color w:val="FFFFFF"/>
              </w:rPr>
              <w:t>References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6"/>
        <w:gridCol w:w="5394"/>
      </w:tblGrid>
      <w:tr w:rsidR="002D5FFB" w14:paraId="28783F81" w14:textId="77777777">
        <w:tc>
          <w:tcPr>
            <w:tcW w:w="5400" w:type="dxa"/>
            <w:shd w:val="clear" w:color="auto" w:fill="EEEAF6"/>
          </w:tcPr>
          <w:p w14:paraId="5FD863DC" w14:textId="77777777" w:rsidR="002D5FFB" w:rsidRDefault="00000000">
            <w:r>
              <w:t>Referee 1 Name/Contact</w:t>
            </w:r>
          </w:p>
        </w:tc>
        <w:tc>
          <w:tcPr>
            <w:tcW w:w="5400" w:type="dxa"/>
          </w:tcPr>
          <w:p w14:paraId="0B7BD3C7" w14:textId="77777777" w:rsidR="002D5FFB" w:rsidRDefault="00000000">
            <w:r>
              <w:t xml:space="preserve"> </w:t>
            </w:r>
          </w:p>
        </w:tc>
      </w:tr>
      <w:tr w:rsidR="002D5FFB" w14:paraId="5E655623" w14:textId="77777777">
        <w:tc>
          <w:tcPr>
            <w:tcW w:w="5400" w:type="dxa"/>
            <w:shd w:val="clear" w:color="auto" w:fill="EEEAF6"/>
          </w:tcPr>
          <w:p w14:paraId="2828F2E9" w14:textId="77777777" w:rsidR="002D5FFB" w:rsidRDefault="00000000">
            <w:r>
              <w:t>Referee 2 Name/Contact</w:t>
            </w:r>
          </w:p>
        </w:tc>
        <w:tc>
          <w:tcPr>
            <w:tcW w:w="5400" w:type="dxa"/>
          </w:tcPr>
          <w:p w14:paraId="45FB8D37" w14:textId="77777777" w:rsidR="002D5FFB" w:rsidRDefault="00000000">
            <w:r>
              <w:t xml:space="preserve"> </w:t>
            </w:r>
          </w:p>
        </w:tc>
      </w:tr>
    </w:tbl>
    <w:p w14:paraId="70A670C7" w14:textId="77777777" w:rsidR="002D5FFB" w:rsidRDefault="002D5FF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2D5FFB" w14:paraId="348C1E19" w14:textId="77777777">
        <w:trPr>
          <w:jc w:val="center"/>
        </w:trPr>
        <w:tc>
          <w:tcPr>
            <w:tcW w:w="10800" w:type="dxa"/>
            <w:shd w:val="clear" w:color="auto" w:fill="5A2D82"/>
          </w:tcPr>
          <w:p w14:paraId="3C4169FF" w14:textId="77777777" w:rsidR="002D5FFB" w:rsidRDefault="00000000">
            <w:r>
              <w:rPr>
                <w:b/>
                <w:color w:val="FFFFFF"/>
              </w:rPr>
              <w:t>Equality &amp; Diversity (Optional)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D5FFB" w14:paraId="2D3DD7CC" w14:textId="77777777">
        <w:tc>
          <w:tcPr>
            <w:tcW w:w="5400" w:type="dxa"/>
            <w:shd w:val="clear" w:color="auto" w:fill="EEEAF6"/>
          </w:tcPr>
          <w:p w14:paraId="7E6B8357" w14:textId="77777777" w:rsidR="002D5FFB" w:rsidRDefault="00000000">
            <w:r>
              <w:t>Sex</w:t>
            </w:r>
          </w:p>
        </w:tc>
        <w:tc>
          <w:tcPr>
            <w:tcW w:w="5400" w:type="dxa"/>
          </w:tcPr>
          <w:p w14:paraId="7D9A8DC6" w14:textId="77777777" w:rsidR="002D5FFB" w:rsidRDefault="00000000">
            <w:r>
              <w:t xml:space="preserve"> </w:t>
            </w:r>
          </w:p>
        </w:tc>
      </w:tr>
      <w:tr w:rsidR="002D5FFB" w14:paraId="29A1EB10" w14:textId="77777777">
        <w:tc>
          <w:tcPr>
            <w:tcW w:w="5400" w:type="dxa"/>
            <w:shd w:val="clear" w:color="auto" w:fill="EEEAF6"/>
          </w:tcPr>
          <w:p w14:paraId="388C721E" w14:textId="77777777" w:rsidR="002D5FFB" w:rsidRDefault="00000000">
            <w:r>
              <w:t>Ethnicity</w:t>
            </w:r>
          </w:p>
        </w:tc>
        <w:tc>
          <w:tcPr>
            <w:tcW w:w="5400" w:type="dxa"/>
          </w:tcPr>
          <w:p w14:paraId="7F02CDE6" w14:textId="77777777" w:rsidR="002D5FFB" w:rsidRDefault="00000000">
            <w:r>
              <w:t xml:space="preserve"> </w:t>
            </w:r>
          </w:p>
        </w:tc>
      </w:tr>
      <w:tr w:rsidR="002D5FFB" w14:paraId="25F319DF" w14:textId="77777777">
        <w:tc>
          <w:tcPr>
            <w:tcW w:w="5400" w:type="dxa"/>
            <w:shd w:val="clear" w:color="auto" w:fill="EEEAF6"/>
          </w:tcPr>
          <w:p w14:paraId="43C39E0D" w14:textId="77777777" w:rsidR="002D5FFB" w:rsidRDefault="00000000">
            <w:r>
              <w:t>Disability</w:t>
            </w:r>
          </w:p>
        </w:tc>
        <w:tc>
          <w:tcPr>
            <w:tcW w:w="5400" w:type="dxa"/>
          </w:tcPr>
          <w:p w14:paraId="42933F60" w14:textId="77777777" w:rsidR="002D5FFB" w:rsidRDefault="00000000">
            <w:r>
              <w:t xml:space="preserve"> </w:t>
            </w:r>
          </w:p>
        </w:tc>
      </w:tr>
    </w:tbl>
    <w:p w14:paraId="7A344B3D" w14:textId="77777777" w:rsidR="002D5FFB" w:rsidRDefault="002D5FF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2D5FFB" w14:paraId="3B48626F" w14:textId="77777777">
        <w:trPr>
          <w:jc w:val="center"/>
        </w:trPr>
        <w:tc>
          <w:tcPr>
            <w:tcW w:w="10800" w:type="dxa"/>
            <w:shd w:val="clear" w:color="auto" w:fill="5A2D82"/>
          </w:tcPr>
          <w:p w14:paraId="43374B16" w14:textId="77777777" w:rsidR="002D5FFB" w:rsidRDefault="00000000">
            <w:r>
              <w:rPr>
                <w:b/>
                <w:color w:val="FFFFFF"/>
              </w:rPr>
              <w:t>Photo &amp; GDPR Consent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6"/>
        <w:gridCol w:w="5394"/>
      </w:tblGrid>
      <w:tr w:rsidR="002D5FFB" w14:paraId="3B629546" w14:textId="77777777">
        <w:tc>
          <w:tcPr>
            <w:tcW w:w="5400" w:type="dxa"/>
            <w:shd w:val="clear" w:color="auto" w:fill="EEEAF6"/>
          </w:tcPr>
          <w:p w14:paraId="62F51530" w14:textId="77777777" w:rsidR="002D5FFB" w:rsidRDefault="00000000">
            <w:r>
              <w:t>☐ I consent to photography</w:t>
            </w:r>
          </w:p>
        </w:tc>
        <w:tc>
          <w:tcPr>
            <w:tcW w:w="5400" w:type="dxa"/>
          </w:tcPr>
          <w:p w14:paraId="6F3ABC9C" w14:textId="77777777" w:rsidR="002D5FFB" w:rsidRDefault="00000000">
            <w:r>
              <w:t xml:space="preserve"> </w:t>
            </w:r>
          </w:p>
        </w:tc>
      </w:tr>
      <w:tr w:rsidR="002D5FFB" w14:paraId="03E2EC1C" w14:textId="77777777">
        <w:tc>
          <w:tcPr>
            <w:tcW w:w="5400" w:type="dxa"/>
            <w:shd w:val="clear" w:color="auto" w:fill="EEEAF6"/>
          </w:tcPr>
          <w:p w14:paraId="500567C9" w14:textId="77777777" w:rsidR="002D5FFB" w:rsidRDefault="00000000">
            <w:r>
              <w:t>☐ I do not consent</w:t>
            </w:r>
          </w:p>
        </w:tc>
        <w:tc>
          <w:tcPr>
            <w:tcW w:w="5400" w:type="dxa"/>
          </w:tcPr>
          <w:p w14:paraId="7A6B5D30" w14:textId="77777777" w:rsidR="002D5FFB" w:rsidRDefault="00000000">
            <w:r>
              <w:t xml:space="preserve"> </w:t>
            </w:r>
          </w:p>
        </w:tc>
      </w:tr>
    </w:tbl>
    <w:p w14:paraId="3388906A" w14:textId="77777777" w:rsidR="002D5FFB" w:rsidRDefault="002D5FF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2D5FFB" w14:paraId="7109E35B" w14:textId="77777777">
        <w:trPr>
          <w:jc w:val="center"/>
        </w:trPr>
        <w:tc>
          <w:tcPr>
            <w:tcW w:w="10800" w:type="dxa"/>
            <w:shd w:val="clear" w:color="auto" w:fill="5A2D82"/>
          </w:tcPr>
          <w:p w14:paraId="19190CB9" w14:textId="77777777" w:rsidR="002D5FFB" w:rsidRDefault="00000000">
            <w:r>
              <w:rPr>
                <w:b/>
                <w:color w:val="FFFFFF"/>
              </w:rPr>
              <w:t>DBS Check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D5FFB" w14:paraId="628926F1" w14:textId="77777777">
        <w:tc>
          <w:tcPr>
            <w:tcW w:w="5400" w:type="dxa"/>
            <w:shd w:val="clear" w:color="auto" w:fill="EEEAF6"/>
          </w:tcPr>
          <w:p w14:paraId="23640535" w14:textId="77777777" w:rsidR="002D5FFB" w:rsidRDefault="00000000">
            <w:r>
              <w:t>☐ Existing DBS Number</w:t>
            </w:r>
          </w:p>
        </w:tc>
        <w:tc>
          <w:tcPr>
            <w:tcW w:w="5400" w:type="dxa"/>
          </w:tcPr>
          <w:p w14:paraId="4F289280" w14:textId="77777777" w:rsidR="002D5FFB" w:rsidRDefault="00000000">
            <w:r>
              <w:t xml:space="preserve"> </w:t>
            </w:r>
          </w:p>
        </w:tc>
      </w:tr>
      <w:tr w:rsidR="002D5FFB" w14:paraId="15DDB710" w14:textId="77777777">
        <w:tc>
          <w:tcPr>
            <w:tcW w:w="5400" w:type="dxa"/>
            <w:shd w:val="clear" w:color="auto" w:fill="EEEAF6"/>
          </w:tcPr>
          <w:p w14:paraId="42A7E1B6" w14:textId="77777777" w:rsidR="002D5FFB" w:rsidRDefault="00000000">
            <w:r>
              <w:t>☐ New DBS Required</w:t>
            </w:r>
          </w:p>
        </w:tc>
        <w:tc>
          <w:tcPr>
            <w:tcW w:w="5400" w:type="dxa"/>
          </w:tcPr>
          <w:p w14:paraId="3D8AEE1E" w14:textId="77777777" w:rsidR="002D5FFB" w:rsidRDefault="00000000">
            <w:r>
              <w:t xml:space="preserve"> </w:t>
            </w:r>
          </w:p>
        </w:tc>
      </w:tr>
    </w:tbl>
    <w:p w14:paraId="75C4A332" w14:textId="77777777" w:rsidR="002D5FFB" w:rsidRDefault="002D5FF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2D5FFB" w14:paraId="3C99ED4B" w14:textId="77777777">
        <w:trPr>
          <w:jc w:val="center"/>
        </w:trPr>
        <w:tc>
          <w:tcPr>
            <w:tcW w:w="10800" w:type="dxa"/>
            <w:shd w:val="clear" w:color="auto" w:fill="5A2D82"/>
          </w:tcPr>
          <w:p w14:paraId="13B5B2D2" w14:textId="77777777" w:rsidR="002D5FFB" w:rsidRDefault="00000000">
            <w:r>
              <w:rPr>
                <w:b/>
                <w:color w:val="FFFFFF"/>
              </w:rPr>
              <w:t>Declaration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D5FFB" w14:paraId="2055E82D" w14:textId="77777777">
        <w:tc>
          <w:tcPr>
            <w:tcW w:w="5400" w:type="dxa"/>
            <w:shd w:val="clear" w:color="auto" w:fill="EEEAF6"/>
          </w:tcPr>
          <w:p w14:paraId="78312943" w14:textId="77777777" w:rsidR="002D5FFB" w:rsidRDefault="00000000">
            <w:r>
              <w:t>Applicant Signature</w:t>
            </w:r>
          </w:p>
        </w:tc>
        <w:tc>
          <w:tcPr>
            <w:tcW w:w="5400" w:type="dxa"/>
          </w:tcPr>
          <w:p w14:paraId="1108F970" w14:textId="77777777" w:rsidR="002D5FFB" w:rsidRDefault="00000000">
            <w:r>
              <w:t xml:space="preserve"> </w:t>
            </w:r>
          </w:p>
        </w:tc>
      </w:tr>
      <w:tr w:rsidR="002D5FFB" w14:paraId="4E1C2917" w14:textId="77777777">
        <w:tc>
          <w:tcPr>
            <w:tcW w:w="5400" w:type="dxa"/>
            <w:shd w:val="clear" w:color="auto" w:fill="EEEAF6"/>
          </w:tcPr>
          <w:p w14:paraId="1AB8B974" w14:textId="77777777" w:rsidR="002D5FFB" w:rsidRDefault="00000000">
            <w:r>
              <w:t>Print Name</w:t>
            </w:r>
          </w:p>
        </w:tc>
        <w:tc>
          <w:tcPr>
            <w:tcW w:w="5400" w:type="dxa"/>
          </w:tcPr>
          <w:p w14:paraId="3BAF45F9" w14:textId="77777777" w:rsidR="002D5FFB" w:rsidRDefault="00000000">
            <w:r>
              <w:t xml:space="preserve"> </w:t>
            </w:r>
          </w:p>
        </w:tc>
      </w:tr>
      <w:tr w:rsidR="002D5FFB" w14:paraId="3941A2D0" w14:textId="77777777">
        <w:tc>
          <w:tcPr>
            <w:tcW w:w="5400" w:type="dxa"/>
            <w:shd w:val="clear" w:color="auto" w:fill="EEEAF6"/>
          </w:tcPr>
          <w:p w14:paraId="296123B6" w14:textId="77777777" w:rsidR="002D5FFB" w:rsidRDefault="00000000">
            <w:r>
              <w:t>Date</w:t>
            </w:r>
          </w:p>
        </w:tc>
        <w:tc>
          <w:tcPr>
            <w:tcW w:w="5400" w:type="dxa"/>
          </w:tcPr>
          <w:p w14:paraId="0EA3B41E" w14:textId="77777777" w:rsidR="002D5FFB" w:rsidRDefault="00000000">
            <w:r>
              <w:t xml:space="preserve"> </w:t>
            </w:r>
          </w:p>
        </w:tc>
      </w:tr>
    </w:tbl>
    <w:p w14:paraId="260FDD15" w14:textId="77777777" w:rsidR="002D5FFB" w:rsidRDefault="002D5FFB"/>
    <w:sectPr w:rsidR="002D5FFB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8064723">
    <w:abstractNumId w:val="8"/>
  </w:num>
  <w:num w:numId="2" w16cid:durableId="1976058682">
    <w:abstractNumId w:val="6"/>
  </w:num>
  <w:num w:numId="3" w16cid:durableId="1706060205">
    <w:abstractNumId w:val="5"/>
  </w:num>
  <w:num w:numId="4" w16cid:durableId="1512454668">
    <w:abstractNumId w:val="4"/>
  </w:num>
  <w:num w:numId="5" w16cid:durableId="796334958">
    <w:abstractNumId w:val="7"/>
  </w:num>
  <w:num w:numId="6" w16cid:durableId="1533103864">
    <w:abstractNumId w:val="3"/>
  </w:num>
  <w:num w:numId="7" w16cid:durableId="96368628">
    <w:abstractNumId w:val="2"/>
  </w:num>
  <w:num w:numId="8" w16cid:durableId="1023438677">
    <w:abstractNumId w:val="1"/>
  </w:num>
  <w:num w:numId="9" w16cid:durableId="1119296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5123"/>
    <w:rsid w:val="002D5FFB"/>
    <w:rsid w:val="00326F90"/>
    <w:rsid w:val="00AA1D8D"/>
    <w:rsid w:val="00B47730"/>
    <w:rsid w:val="00CB0664"/>
    <w:rsid w:val="00F807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1A1835"/>
  <w14:defaultImageDpi w14:val="300"/>
  <w15:docId w15:val="{F9D2DA00-C413-4D45-BFB7-22CE339B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Moorche</cp:lastModifiedBy>
  <cp:revision>2</cp:revision>
  <dcterms:created xsi:type="dcterms:W3CDTF">2026-07-24T14:54:00Z</dcterms:created>
  <dcterms:modified xsi:type="dcterms:W3CDTF">2026-07-24T14:54:00Z</dcterms:modified>
  <cp:category/>
</cp:coreProperties>
</file>